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03068" w14:textId="5D2780BC" w:rsidR="00461BC4" w:rsidRPr="00547820" w:rsidRDefault="00700C77" w:rsidP="00B2212E">
      <w:pPr>
        <w:spacing w:before="100" w:beforeAutospacing="1" w:after="100" w:afterAutospacing="1" w:line="240" w:lineRule="auto"/>
        <w:jc w:val="center"/>
        <w:rPr>
          <w:color w:val="000000" w:themeColor="text1"/>
          <w:lang w:eastAsia="ja-JP"/>
        </w:rPr>
      </w:pPr>
      <w:r w:rsidRPr="00547820">
        <w:rPr>
          <w:b/>
          <w:color w:val="000000" w:themeColor="text1"/>
          <w:sz w:val="36"/>
          <w:lang w:eastAsia="ja-JP"/>
        </w:rPr>
        <w:t>ホテルアバローム紀の国 現地見学会のご案内</w:t>
      </w:r>
    </w:p>
    <w:p w14:paraId="1A8DE145" w14:textId="4B2DDFEE" w:rsidR="00461BC4" w:rsidRPr="00547820" w:rsidRDefault="00700C77" w:rsidP="00F57C27">
      <w:pPr>
        <w:spacing w:after="0" w:line="240" w:lineRule="auto"/>
        <w:jc w:val="right"/>
        <w:rPr>
          <w:color w:val="000000" w:themeColor="text1"/>
        </w:rPr>
      </w:pPr>
      <w:r w:rsidRPr="00547820">
        <w:rPr>
          <w:color w:val="000000" w:themeColor="text1"/>
          <w:sz w:val="20"/>
        </w:rPr>
        <w:t>令和8年8月</w:t>
      </w:r>
      <w:r w:rsidR="00DD756B">
        <w:rPr>
          <w:rFonts w:hint="eastAsia"/>
          <w:color w:val="000000" w:themeColor="text1"/>
          <w:sz w:val="20"/>
          <w:lang w:eastAsia="ja-JP"/>
        </w:rPr>
        <w:t>13</w:t>
      </w:r>
      <w:r w:rsidRPr="00547820">
        <w:rPr>
          <w:color w:val="000000" w:themeColor="text1"/>
          <w:sz w:val="20"/>
        </w:rPr>
        <w:t>日</w:t>
      </w:r>
    </w:p>
    <w:p w14:paraId="5007E596" w14:textId="77777777" w:rsidR="00461BC4" w:rsidRPr="00547820" w:rsidRDefault="00700C77" w:rsidP="00F57C27">
      <w:pPr>
        <w:spacing w:after="0" w:line="240" w:lineRule="auto"/>
        <w:rPr>
          <w:color w:val="000000" w:themeColor="text1"/>
        </w:rPr>
      </w:pPr>
      <w:r w:rsidRPr="00547820">
        <w:rPr>
          <w:color w:val="000000" w:themeColor="text1"/>
        </w:rPr>
        <w:t>各位</w:t>
      </w:r>
    </w:p>
    <w:p w14:paraId="59FF9D4F" w14:textId="4BAFB952" w:rsidR="00461BC4" w:rsidRPr="00547820" w:rsidRDefault="00F57C27" w:rsidP="00F57C27">
      <w:pPr>
        <w:spacing w:after="0" w:line="240" w:lineRule="auto"/>
        <w:jc w:val="right"/>
        <w:rPr>
          <w:color w:val="000000" w:themeColor="text1"/>
          <w:lang w:eastAsia="ja-JP"/>
        </w:rPr>
      </w:pPr>
      <w:r>
        <w:rPr>
          <w:rFonts w:hint="eastAsia"/>
          <w:color w:val="000000" w:themeColor="text1"/>
          <w:lang w:eastAsia="ja-JP"/>
        </w:rPr>
        <w:t>公立学校共済組合和歌山</w:t>
      </w:r>
      <w:r w:rsidR="00EE4175">
        <w:rPr>
          <w:rFonts w:hint="eastAsia"/>
          <w:color w:val="000000" w:themeColor="text1"/>
          <w:lang w:eastAsia="ja-JP"/>
        </w:rPr>
        <w:t>支部</w:t>
      </w:r>
    </w:p>
    <w:p w14:paraId="61226759" w14:textId="77777777" w:rsidR="00547820" w:rsidRPr="00547820" w:rsidRDefault="00547820" w:rsidP="00F57C27">
      <w:pPr>
        <w:spacing w:after="0" w:line="240" w:lineRule="auto"/>
        <w:jc w:val="right"/>
        <w:rPr>
          <w:color w:val="000000" w:themeColor="text1"/>
          <w:lang w:eastAsia="ja-JP"/>
        </w:rPr>
      </w:pPr>
    </w:p>
    <w:p w14:paraId="0C617573" w14:textId="77777777" w:rsidR="00547820" w:rsidRPr="00547820" w:rsidRDefault="00700C77" w:rsidP="00F57C27">
      <w:pPr>
        <w:spacing w:after="0" w:line="240" w:lineRule="auto"/>
        <w:ind w:firstLineChars="100" w:firstLine="210"/>
        <w:rPr>
          <w:color w:val="000000" w:themeColor="text1"/>
          <w:lang w:eastAsia="ja-JP"/>
        </w:rPr>
      </w:pPr>
      <w:r w:rsidRPr="00547820">
        <w:rPr>
          <w:color w:val="000000" w:themeColor="text1"/>
          <w:lang w:eastAsia="ja-JP"/>
        </w:rPr>
        <w:t>このたび、公立学校共済組合和歌山宿泊所（ホテルアバローム紀の国）の今後の利活用に向け、民間事業者の皆様に施設の概要、現況、周辺環境等をご確認いただくことを目的として、下記のとおり現地見学会を実施します。</w:t>
      </w:r>
    </w:p>
    <w:p w14:paraId="3E42B62B" w14:textId="16CB329D" w:rsidR="00461BC4" w:rsidRPr="00547820" w:rsidRDefault="00700C77" w:rsidP="00F57C27">
      <w:pPr>
        <w:spacing w:after="0" w:line="240" w:lineRule="auto"/>
        <w:ind w:firstLineChars="100" w:firstLine="210"/>
        <w:rPr>
          <w:color w:val="000000" w:themeColor="text1"/>
          <w:lang w:eastAsia="ja-JP"/>
        </w:rPr>
      </w:pPr>
      <w:r w:rsidRPr="00547820">
        <w:rPr>
          <w:color w:val="000000" w:themeColor="text1"/>
          <w:lang w:eastAsia="ja-JP"/>
        </w:rPr>
        <w:t>参加を希望される場合は、本案内に記載の申込方法に従い、期限までにお申し込みください。</w:t>
      </w:r>
    </w:p>
    <w:p w14:paraId="5A9F2ED3" w14:textId="77777777" w:rsidR="00547820" w:rsidRPr="00547820" w:rsidRDefault="00547820" w:rsidP="00F57C27">
      <w:pPr>
        <w:spacing w:after="0" w:line="240" w:lineRule="auto"/>
        <w:rPr>
          <w:color w:val="000000" w:themeColor="text1"/>
          <w:lang w:eastAsia="ja-JP"/>
        </w:rPr>
      </w:pPr>
    </w:p>
    <w:p w14:paraId="20535AA0" w14:textId="77777777" w:rsidR="00461BC4" w:rsidRPr="00547820" w:rsidRDefault="00700C77" w:rsidP="00F57C27">
      <w:pPr>
        <w:pStyle w:val="1"/>
        <w:spacing w:before="0" w:afterLines="30" w:after="72" w:line="240" w:lineRule="auto"/>
        <w:rPr>
          <w:color w:val="000000" w:themeColor="text1"/>
        </w:rPr>
      </w:pPr>
      <w:r w:rsidRPr="00547820">
        <w:rPr>
          <w:rFonts w:ascii="游ゴシック" w:eastAsia="游ゴシック" w:hAnsi="游ゴシック"/>
          <w:b w:val="0"/>
          <w:color w:val="000000" w:themeColor="text1"/>
          <w:sz w:val="21"/>
        </w:rPr>
        <w:t>1. 現地見学会の概要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2154"/>
        <w:gridCol w:w="6690"/>
      </w:tblGrid>
      <w:tr w:rsidR="00461BC4" w:rsidRPr="00547820" w14:paraId="16766A1F" w14:textId="77777777">
        <w:trPr>
          <w:jc w:val="center"/>
        </w:trPr>
        <w:tc>
          <w:tcPr>
            <w:tcW w:w="2154" w:type="dxa"/>
            <w:shd w:val="clear" w:color="auto" w:fill="EAF2F8"/>
            <w:vAlign w:val="center"/>
          </w:tcPr>
          <w:p w14:paraId="6D354F1F" w14:textId="77777777" w:rsidR="00461BC4" w:rsidRPr="00547820" w:rsidRDefault="00700C77" w:rsidP="00F57C27">
            <w:pPr>
              <w:rPr>
                <w:color w:val="000000" w:themeColor="text1"/>
              </w:rPr>
            </w:pPr>
            <w:r w:rsidRPr="00547820">
              <w:rPr>
                <w:b/>
                <w:color w:val="000000" w:themeColor="text1"/>
                <w:sz w:val="20"/>
              </w:rPr>
              <w:t>開催日時</w:t>
            </w:r>
          </w:p>
        </w:tc>
        <w:tc>
          <w:tcPr>
            <w:tcW w:w="6690" w:type="dxa"/>
            <w:vAlign w:val="center"/>
          </w:tcPr>
          <w:p w14:paraId="0869FB2B" w14:textId="4A27DEA2" w:rsidR="00547820" w:rsidRDefault="00700C77" w:rsidP="00F57C27">
            <w:pPr>
              <w:rPr>
                <w:color w:val="000000" w:themeColor="text1"/>
                <w:sz w:val="20"/>
                <w:lang w:eastAsia="ja-JP"/>
              </w:rPr>
            </w:pPr>
            <w:r w:rsidRPr="00547820">
              <w:rPr>
                <w:color w:val="000000" w:themeColor="text1"/>
                <w:sz w:val="20"/>
                <w:lang w:eastAsia="ja-JP"/>
              </w:rPr>
              <w:t>令和8年8月25日（火）12時30分から</w:t>
            </w:r>
          </w:p>
          <w:p w14:paraId="31293F84" w14:textId="42A8DC38" w:rsidR="00461BC4" w:rsidRPr="00547820" w:rsidRDefault="00700C77" w:rsidP="00F57C27">
            <w:pPr>
              <w:rPr>
                <w:color w:val="000000" w:themeColor="text1"/>
                <w:lang w:eastAsia="ja-JP"/>
              </w:rPr>
            </w:pPr>
            <w:r w:rsidRPr="00547820">
              <w:rPr>
                <w:color w:val="000000" w:themeColor="text1"/>
                <w:sz w:val="20"/>
                <w:lang w:eastAsia="ja-JP"/>
              </w:rPr>
              <w:t>※受付開始：12時15分</w:t>
            </w:r>
          </w:p>
        </w:tc>
      </w:tr>
      <w:tr w:rsidR="00461BC4" w:rsidRPr="00547820" w14:paraId="3F6DE361" w14:textId="77777777">
        <w:trPr>
          <w:jc w:val="center"/>
        </w:trPr>
        <w:tc>
          <w:tcPr>
            <w:tcW w:w="2154" w:type="dxa"/>
            <w:shd w:val="clear" w:color="auto" w:fill="EAF2F8"/>
            <w:vAlign w:val="center"/>
          </w:tcPr>
          <w:p w14:paraId="57D1DF75" w14:textId="77777777" w:rsidR="00461BC4" w:rsidRPr="00547820" w:rsidRDefault="00700C77" w:rsidP="00F57C27">
            <w:pPr>
              <w:rPr>
                <w:color w:val="000000" w:themeColor="text1"/>
              </w:rPr>
            </w:pPr>
            <w:r w:rsidRPr="00547820">
              <w:rPr>
                <w:b/>
                <w:color w:val="000000" w:themeColor="text1"/>
                <w:sz w:val="20"/>
              </w:rPr>
              <w:t>集合場所</w:t>
            </w:r>
          </w:p>
        </w:tc>
        <w:tc>
          <w:tcPr>
            <w:tcW w:w="6690" w:type="dxa"/>
            <w:vAlign w:val="center"/>
          </w:tcPr>
          <w:p w14:paraId="7955D083" w14:textId="3CF0C910" w:rsidR="00547820" w:rsidRDefault="00700C77" w:rsidP="00F57C27">
            <w:pPr>
              <w:rPr>
                <w:color w:val="000000" w:themeColor="text1"/>
                <w:sz w:val="20"/>
                <w:lang w:eastAsia="ja-JP"/>
              </w:rPr>
            </w:pPr>
            <w:r w:rsidRPr="00547820">
              <w:rPr>
                <w:color w:val="000000" w:themeColor="text1"/>
                <w:sz w:val="20"/>
                <w:lang w:eastAsia="ja-JP"/>
              </w:rPr>
              <w:t xml:space="preserve">ホテルアバローム紀の国　</w:t>
            </w:r>
            <w:r w:rsidR="00EE4175">
              <w:rPr>
                <w:rFonts w:hint="eastAsia"/>
                <w:color w:val="000000" w:themeColor="text1"/>
                <w:sz w:val="20"/>
                <w:lang w:eastAsia="ja-JP"/>
              </w:rPr>
              <w:t>４階　羽衣の間</w:t>
            </w:r>
          </w:p>
          <w:p w14:paraId="29766E30" w14:textId="65B20424" w:rsidR="00461BC4" w:rsidRPr="00547820" w:rsidRDefault="00700C77" w:rsidP="00F57C27">
            <w:pPr>
              <w:rPr>
                <w:color w:val="000000" w:themeColor="text1"/>
                <w:lang w:eastAsia="ja-JP"/>
              </w:rPr>
            </w:pPr>
            <w:r w:rsidRPr="00547820">
              <w:rPr>
                <w:color w:val="000000" w:themeColor="text1"/>
                <w:sz w:val="20"/>
                <w:lang w:eastAsia="ja-JP"/>
              </w:rPr>
              <w:t>〒640-8262 和歌山県和歌山市湊通丁北2-1-2</w:t>
            </w:r>
          </w:p>
        </w:tc>
      </w:tr>
      <w:tr w:rsidR="00461BC4" w:rsidRPr="00547820" w14:paraId="41E6B93C" w14:textId="77777777">
        <w:trPr>
          <w:jc w:val="center"/>
        </w:trPr>
        <w:tc>
          <w:tcPr>
            <w:tcW w:w="2154" w:type="dxa"/>
            <w:shd w:val="clear" w:color="auto" w:fill="EAF2F8"/>
            <w:vAlign w:val="center"/>
          </w:tcPr>
          <w:p w14:paraId="75B8E610" w14:textId="77777777" w:rsidR="00461BC4" w:rsidRPr="00547820" w:rsidRDefault="00700C77" w:rsidP="00F57C27">
            <w:pPr>
              <w:rPr>
                <w:color w:val="000000" w:themeColor="text1"/>
              </w:rPr>
            </w:pPr>
            <w:r w:rsidRPr="00547820">
              <w:rPr>
                <w:b/>
                <w:color w:val="000000" w:themeColor="text1"/>
                <w:sz w:val="20"/>
              </w:rPr>
              <w:t>対象者</w:t>
            </w:r>
          </w:p>
        </w:tc>
        <w:tc>
          <w:tcPr>
            <w:tcW w:w="6690" w:type="dxa"/>
            <w:vAlign w:val="center"/>
          </w:tcPr>
          <w:p w14:paraId="515EEE3F" w14:textId="30DEE887" w:rsidR="00461BC4" w:rsidRPr="00547820" w:rsidRDefault="00700C77" w:rsidP="00F57C27">
            <w:pPr>
              <w:rPr>
                <w:color w:val="000000" w:themeColor="text1"/>
                <w:lang w:eastAsia="ja-JP"/>
              </w:rPr>
            </w:pPr>
            <w:r w:rsidRPr="00547820">
              <w:rPr>
                <w:color w:val="000000" w:themeColor="text1"/>
                <w:sz w:val="20"/>
                <w:lang w:eastAsia="ja-JP"/>
              </w:rPr>
              <w:t>本施設の利活用、取得、運営、改修に関心を有する法人、事業者グループ、関係事業者等</w:t>
            </w:r>
          </w:p>
        </w:tc>
      </w:tr>
      <w:tr w:rsidR="00461BC4" w:rsidRPr="00547820" w14:paraId="2DBEFAF5" w14:textId="77777777" w:rsidTr="00547820">
        <w:trPr>
          <w:trHeight w:val="454"/>
          <w:jc w:val="center"/>
        </w:trPr>
        <w:tc>
          <w:tcPr>
            <w:tcW w:w="2154" w:type="dxa"/>
            <w:shd w:val="clear" w:color="auto" w:fill="EAF2F8"/>
            <w:vAlign w:val="center"/>
          </w:tcPr>
          <w:p w14:paraId="4B5CFE2D" w14:textId="77777777" w:rsidR="00461BC4" w:rsidRPr="00547820" w:rsidRDefault="00700C77" w:rsidP="00F57C27">
            <w:pPr>
              <w:rPr>
                <w:color w:val="000000" w:themeColor="text1"/>
              </w:rPr>
            </w:pPr>
            <w:r w:rsidRPr="00547820">
              <w:rPr>
                <w:b/>
                <w:color w:val="000000" w:themeColor="text1"/>
                <w:sz w:val="20"/>
              </w:rPr>
              <w:t>主な内容</w:t>
            </w:r>
          </w:p>
        </w:tc>
        <w:tc>
          <w:tcPr>
            <w:tcW w:w="6690" w:type="dxa"/>
            <w:vAlign w:val="center"/>
          </w:tcPr>
          <w:p w14:paraId="498FD3D9" w14:textId="120E8356" w:rsidR="00461BC4" w:rsidRPr="00547820" w:rsidRDefault="00700C77" w:rsidP="00F57C27">
            <w:pPr>
              <w:rPr>
                <w:color w:val="000000" w:themeColor="text1"/>
                <w:sz w:val="20"/>
                <w:lang w:eastAsia="ja-JP"/>
              </w:rPr>
            </w:pPr>
            <w:r w:rsidRPr="00547820">
              <w:rPr>
                <w:color w:val="000000" w:themeColor="text1"/>
                <w:sz w:val="20"/>
                <w:lang w:eastAsia="ja-JP"/>
              </w:rPr>
              <w:t>事業概要・施設概要の説明、施設内見学</w:t>
            </w:r>
          </w:p>
        </w:tc>
      </w:tr>
    </w:tbl>
    <w:p w14:paraId="12AE5BA7" w14:textId="77777777" w:rsidR="00461BC4" w:rsidRPr="00547820" w:rsidRDefault="00461BC4" w:rsidP="00F57C27">
      <w:pPr>
        <w:spacing w:after="0" w:line="240" w:lineRule="auto"/>
        <w:rPr>
          <w:color w:val="000000" w:themeColor="text1"/>
          <w:lang w:eastAsia="ja-JP"/>
        </w:rPr>
      </w:pPr>
    </w:p>
    <w:p w14:paraId="253AF554" w14:textId="4F467B20" w:rsidR="00310A24" w:rsidRDefault="00700C77" w:rsidP="00F57C27">
      <w:pPr>
        <w:pStyle w:val="1"/>
        <w:spacing w:before="0" w:line="240" w:lineRule="auto"/>
        <w:rPr>
          <w:rFonts w:ascii="游ゴシック" w:eastAsia="游ゴシック" w:hAnsi="游ゴシック"/>
          <w:b w:val="0"/>
          <w:color w:val="000000" w:themeColor="text1"/>
          <w:sz w:val="21"/>
          <w:lang w:eastAsia="ja-JP"/>
        </w:rPr>
      </w:pPr>
      <w:r w:rsidRPr="00547820">
        <w:rPr>
          <w:rFonts w:ascii="游ゴシック" w:eastAsia="游ゴシック" w:hAnsi="游ゴシック"/>
          <w:b w:val="0"/>
          <w:color w:val="000000" w:themeColor="text1"/>
          <w:sz w:val="21"/>
          <w:lang w:eastAsia="ja-JP"/>
        </w:rPr>
        <w:t xml:space="preserve">2. </w:t>
      </w:r>
      <w:r w:rsidR="00310A24">
        <w:rPr>
          <w:rFonts w:ascii="游ゴシック" w:eastAsia="游ゴシック" w:hAnsi="游ゴシック" w:hint="eastAsia"/>
          <w:b w:val="0"/>
          <w:color w:val="000000" w:themeColor="text1"/>
          <w:sz w:val="21"/>
          <w:lang w:eastAsia="ja-JP"/>
        </w:rPr>
        <w:t>参加申込方法</w:t>
      </w:r>
    </w:p>
    <w:p w14:paraId="7F1AFBEF" w14:textId="64A06626" w:rsidR="00310A24" w:rsidRPr="00547820" w:rsidRDefault="00310A24" w:rsidP="00310A24">
      <w:pPr>
        <w:spacing w:after="0" w:line="240" w:lineRule="auto"/>
        <w:ind w:leftChars="100" w:left="210" w:firstLineChars="100" w:firstLine="200"/>
        <w:rPr>
          <w:color w:val="000000" w:themeColor="text1"/>
          <w:sz w:val="20"/>
          <w:lang w:eastAsia="ja-JP"/>
        </w:rPr>
      </w:pPr>
      <w:r w:rsidRPr="00547820">
        <w:rPr>
          <w:color w:val="000000" w:themeColor="text1"/>
          <w:sz w:val="20"/>
          <w:lang w:eastAsia="ja-JP"/>
        </w:rPr>
        <w:t>別添「</w:t>
      </w:r>
      <w:r>
        <w:rPr>
          <w:rFonts w:hint="eastAsia"/>
          <w:color w:val="000000" w:themeColor="text1"/>
          <w:sz w:val="20"/>
          <w:lang w:eastAsia="ja-JP"/>
        </w:rPr>
        <w:t>（様式１）</w:t>
      </w:r>
      <w:r w:rsidRPr="00547820">
        <w:rPr>
          <w:color w:val="000000" w:themeColor="text1"/>
          <w:sz w:val="20"/>
          <w:lang w:eastAsia="ja-JP"/>
        </w:rPr>
        <w:t>現地見学会参加申込書」に必要事項を記入のうえ、電子メールにより提出してください。</w:t>
      </w:r>
    </w:p>
    <w:p w14:paraId="1D0B354F" w14:textId="77777777" w:rsidR="00310A24" w:rsidRPr="00FB154D" w:rsidRDefault="00310A24" w:rsidP="00310A24">
      <w:pPr>
        <w:spacing w:after="0" w:line="240" w:lineRule="auto"/>
        <w:rPr>
          <w:lang w:eastAsia="ja-JP"/>
        </w:rPr>
      </w:pPr>
    </w:p>
    <w:p w14:paraId="45FED68E" w14:textId="501BBB69" w:rsidR="00461BC4" w:rsidRPr="00547820" w:rsidRDefault="00310A24" w:rsidP="00F57C27">
      <w:pPr>
        <w:pStyle w:val="1"/>
        <w:spacing w:before="0" w:line="240" w:lineRule="auto"/>
        <w:rPr>
          <w:rFonts w:ascii="游ゴシック" w:eastAsia="游ゴシック" w:hAnsi="游ゴシック"/>
          <w:b w:val="0"/>
          <w:color w:val="000000" w:themeColor="text1"/>
          <w:sz w:val="21"/>
          <w:lang w:eastAsia="ja-JP"/>
        </w:rPr>
      </w:pPr>
      <w:r>
        <w:rPr>
          <w:rFonts w:ascii="游ゴシック" w:eastAsia="游ゴシック" w:hAnsi="游ゴシック" w:hint="eastAsia"/>
          <w:b w:val="0"/>
          <w:color w:val="000000" w:themeColor="text1"/>
          <w:sz w:val="21"/>
          <w:lang w:eastAsia="ja-JP"/>
        </w:rPr>
        <w:t>３.資料提供（既存平面図）</w:t>
      </w:r>
    </w:p>
    <w:p w14:paraId="54F3EA1D" w14:textId="4C71251A" w:rsidR="00547820" w:rsidRPr="00547820" w:rsidRDefault="00547820" w:rsidP="00F57C27">
      <w:pPr>
        <w:spacing w:after="0" w:line="240" w:lineRule="auto"/>
        <w:ind w:leftChars="100" w:left="210" w:firstLineChars="100" w:firstLine="200"/>
        <w:rPr>
          <w:color w:val="000000" w:themeColor="text1"/>
          <w:sz w:val="20"/>
          <w:lang w:eastAsia="ja-JP"/>
        </w:rPr>
      </w:pPr>
      <w:r w:rsidRPr="00547820">
        <w:rPr>
          <w:color w:val="000000" w:themeColor="text1"/>
          <w:sz w:val="20"/>
          <w:lang w:eastAsia="ja-JP"/>
        </w:rPr>
        <w:t>別添「</w:t>
      </w:r>
      <w:r w:rsidR="00310A24">
        <w:rPr>
          <w:rFonts w:hint="eastAsia"/>
          <w:color w:val="000000" w:themeColor="text1"/>
          <w:sz w:val="20"/>
          <w:lang w:eastAsia="ja-JP"/>
        </w:rPr>
        <w:t>（様式２）守秘義務の遵守に関する誓約書</w:t>
      </w:r>
      <w:r w:rsidRPr="00547820">
        <w:rPr>
          <w:color w:val="000000" w:themeColor="text1"/>
          <w:sz w:val="20"/>
          <w:lang w:eastAsia="ja-JP"/>
        </w:rPr>
        <w:t>」に必要事項を記入のうえ、</w:t>
      </w:r>
      <w:r w:rsidR="00310A24">
        <w:rPr>
          <w:rFonts w:hint="eastAsia"/>
          <w:color w:val="000000" w:themeColor="text1"/>
          <w:sz w:val="20"/>
          <w:lang w:eastAsia="ja-JP"/>
        </w:rPr>
        <w:t>当日、</w:t>
      </w:r>
      <w:r w:rsidRPr="00547820">
        <w:rPr>
          <w:color w:val="000000" w:themeColor="text1"/>
          <w:sz w:val="20"/>
          <w:lang w:eastAsia="ja-JP"/>
        </w:rPr>
        <w:t>提出してく</w:t>
      </w:r>
      <w:r w:rsidR="00310A24">
        <w:rPr>
          <w:rFonts w:hint="eastAsia"/>
          <w:color w:val="000000" w:themeColor="text1"/>
          <w:sz w:val="20"/>
          <w:lang w:eastAsia="ja-JP"/>
        </w:rPr>
        <w:t>ださい</w:t>
      </w:r>
      <w:r w:rsidRPr="00547820">
        <w:rPr>
          <w:color w:val="000000" w:themeColor="text1"/>
          <w:sz w:val="20"/>
          <w:lang w:eastAsia="ja-JP"/>
        </w:rPr>
        <w:t>。</w:t>
      </w:r>
    </w:p>
    <w:p w14:paraId="57491A29" w14:textId="77777777" w:rsidR="00547820" w:rsidRPr="00547820" w:rsidRDefault="00547820" w:rsidP="00F57C27">
      <w:pPr>
        <w:spacing w:after="0" w:line="240" w:lineRule="auto"/>
        <w:rPr>
          <w:color w:val="000000" w:themeColor="text1"/>
          <w:lang w:eastAsia="ja-JP"/>
        </w:rPr>
      </w:pPr>
    </w:p>
    <w:p w14:paraId="784E15A5" w14:textId="45513F57" w:rsidR="00461BC4" w:rsidRPr="00547820" w:rsidRDefault="00993FAD" w:rsidP="00F57C27">
      <w:pPr>
        <w:pStyle w:val="1"/>
        <w:spacing w:before="0" w:line="240" w:lineRule="auto"/>
        <w:rPr>
          <w:color w:val="000000" w:themeColor="text1"/>
          <w:lang w:eastAsia="ja-JP"/>
        </w:rPr>
      </w:pPr>
      <w:r>
        <w:rPr>
          <w:rFonts w:ascii="游ゴシック" w:eastAsia="游ゴシック" w:hAnsi="游ゴシック" w:hint="eastAsia"/>
          <w:b w:val="0"/>
          <w:color w:val="000000" w:themeColor="text1"/>
          <w:sz w:val="21"/>
          <w:lang w:eastAsia="ja-JP"/>
        </w:rPr>
        <w:t>４</w:t>
      </w:r>
      <w:r w:rsidR="00700C77" w:rsidRPr="00547820">
        <w:rPr>
          <w:rFonts w:ascii="游ゴシック" w:eastAsia="游ゴシック" w:hAnsi="游ゴシック"/>
          <w:b w:val="0"/>
          <w:color w:val="000000" w:themeColor="text1"/>
          <w:sz w:val="21"/>
          <w:lang w:eastAsia="ja-JP"/>
        </w:rPr>
        <w:t>. 当日の注意事項</w:t>
      </w:r>
    </w:p>
    <w:p w14:paraId="5380B6CF" w14:textId="77777777" w:rsidR="00461BC4" w:rsidRPr="00547820" w:rsidRDefault="00700C77" w:rsidP="00F57C27">
      <w:pPr>
        <w:spacing w:after="0" w:line="240" w:lineRule="auto"/>
        <w:ind w:leftChars="100" w:left="420" w:hangingChars="100" w:hanging="210"/>
        <w:rPr>
          <w:color w:val="000000" w:themeColor="text1"/>
          <w:lang w:eastAsia="ja-JP"/>
        </w:rPr>
      </w:pPr>
      <w:r w:rsidRPr="00547820">
        <w:rPr>
          <w:color w:val="000000" w:themeColor="text1"/>
          <w:lang w:eastAsia="ja-JP"/>
        </w:rPr>
        <w:t>・現地では、事務局の指示に従って見学してください。指定された場所以外への立入りはご遠慮ください。</w:t>
      </w:r>
    </w:p>
    <w:p w14:paraId="46BF72E9" w14:textId="780CDB08" w:rsidR="00461BC4" w:rsidRPr="00547820" w:rsidRDefault="00700C77" w:rsidP="00F57C27">
      <w:pPr>
        <w:spacing w:after="0" w:line="240" w:lineRule="auto"/>
        <w:ind w:firstLineChars="100" w:firstLine="210"/>
        <w:rPr>
          <w:color w:val="000000" w:themeColor="text1"/>
          <w:lang w:eastAsia="ja-JP"/>
        </w:rPr>
      </w:pPr>
      <w:r w:rsidRPr="00547820">
        <w:rPr>
          <w:color w:val="000000" w:themeColor="text1"/>
          <w:lang w:eastAsia="ja-JP"/>
        </w:rPr>
        <w:t>・施設内の写真撮影、録音、録画の可否については、当日の案内に従ってください。</w:t>
      </w:r>
    </w:p>
    <w:p w14:paraId="32F4CDAF" w14:textId="77777777" w:rsidR="00547820" w:rsidRPr="00547820" w:rsidRDefault="00547820" w:rsidP="00F57C27">
      <w:pPr>
        <w:spacing w:after="0" w:line="240" w:lineRule="auto"/>
        <w:ind w:left="283"/>
        <w:rPr>
          <w:color w:val="000000" w:themeColor="text1"/>
          <w:lang w:eastAsia="ja-JP"/>
        </w:rPr>
      </w:pPr>
    </w:p>
    <w:p w14:paraId="389E6945" w14:textId="3D9B3725" w:rsidR="00EE4175" w:rsidRDefault="00993FAD" w:rsidP="00F57C27">
      <w:pPr>
        <w:pStyle w:val="1"/>
        <w:spacing w:before="0" w:line="240" w:lineRule="auto"/>
        <w:rPr>
          <w:rFonts w:ascii="游ゴシック" w:eastAsia="游ゴシック" w:hAnsi="游ゴシック"/>
          <w:b w:val="0"/>
          <w:color w:val="000000" w:themeColor="text1"/>
          <w:sz w:val="21"/>
          <w:lang w:eastAsia="ja-JP"/>
        </w:rPr>
      </w:pPr>
      <w:r>
        <w:rPr>
          <w:rFonts w:ascii="游ゴシック" w:eastAsia="游ゴシック" w:hAnsi="游ゴシック" w:hint="eastAsia"/>
          <w:b w:val="0"/>
          <w:color w:val="000000" w:themeColor="text1"/>
          <w:sz w:val="21"/>
          <w:lang w:eastAsia="ja-JP"/>
        </w:rPr>
        <w:t>５</w:t>
      </w:r>
      <w:r w:rsidR="00EE4175">
        <w:rPr>
          <w:rFonts w:ascii="游ゴシック" w:eastAsia="游ゴシック" w:hAnsi="游ゴシック" w:hint="eastAsia"/>
          <w:b w:val="0"/>
          <w:color w:val="000000" w:themeColor="text1"/>
          <w:sz w:val="21"/>
          <w:lang w:eastAsia="ja-JP"/>
        </w:rPr>
        <w:t>．事務局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2154"/>
        <w:gridCol w:w="6690"/>
      </w:tblGrid>
      <w:tr w:rsidR="00EE4175" w:rsidRPr="00547820" w14:paraId="59612A5A" w14:textId="77777777" w:rsidTr="000260E5">
        <w:trPr>
          <w:trHeight w:val="454"/>
          <w:jc w:val="center"/>
        </w:trPr>
        <w:tc>
          <w:tcPr>
            <w:tcW w:w="2154" w:type="dxa"/>
            <w:shd w:val="clear" w:color="auto" w:fill="EAF2F8"/>
            <w:vAlign w:val="center"/>
          </w:tcPr>
          <w:p w14:paraId="245BBC42" w14:textId="66810D9A" w:rsidR="00EE4175" w:rsidRPr="00EE4175" w:rsidRDefault="00EE4175" w:rsidP="000260E5">
            <w:pPr>
              <w:jc w:val="both"/>
              <w:rPr>
                <w:b/>
                <w:bCs/>
                <w:color w:val="000000" w:themeColor="text1"/>
                <w:lang w:eastAsia="ja-JP"/>
              </w:rPr>
            </w:pPr>
            <w:r>
              <w:rPr>
                <w:rFonts w:hint="eastAsia"/>
                <w:b/>
                <w:bCs/>
                <w:color w:val="000000" w:themeColor="text1"/>
                <w:lang w:eastAsia="ja-JP"/>
              </w:rPr>
              <w:t>事務局</w:t>
            </w:r>
          </w:p>
        </w:tc>
        <w:tc>
          <w:tcPr>
            <w:tcW w:w="6690" w:type="dxa"/>
            <w:vAlign w:val="center"/>
          </w:tcPr>
          <w:p w14:paraId="6E51F642" w14:textId="77777777" w:rsidR="00EE4175" w:rsidRPr="00547820" w:rsidRDefault="00EE4175" w:rsidP="000260E5">
            <w:pPr>
              <w:rPr>
                <w:color w:val="000000" w:themeColor="text1"/>
                <w:lang w:eastAsia="ja-JP"/>
              </w:rPr>
            </w:pPr>
            <w:r>
              <w:rPr>
                <w:rFonts w:hint="eastAsia"/>
                <w:color w:val="000000" w:themeColor="text1"/>
                <w:lang w:eastAsia="ja-JP"/>
              </w:rPr>
              <w:t>公立学校共済組合和歌山支部　山川・坂口</w:t>
            </w:r>
          </w:p>
        </w:tc>
      </w:tr>
    </w:tbl>
    <w:p w14:paraId="3B87371D" w14:textId="77777777" w:rsidR="00EE4175" w:rsidRPr="00EE4175" w:rsidRDefault="00EE4175" w:rsidP="00310A24">
      <w:pPr>
        <w:spacing w:after="0" w:line="240" w:lineRule="auto"/>
        <w:rPr>
          <w:lang w:eastAsia="ja-JP"/>
        </w:rPr>
      </w:pPr>
    </w:p>
    <w:p w14:paraId="39A834C7" w14:textId="37E792E6" w:rsidR="00461BC4" w:rsidRPr="00547820" w:rsidRDefault="00993FAD" w:rsidP="00F57C27">
      <w:pPr>
        <w:pStyle w:val="1"/>
        <w:spacing w:before="0" w:line="240" w:lineRule="auto"/>
        <w:rPr>
          <w:color w:val="000000" w:themeColor="text1"/>
          <w:lang w:eastAsia="ja-JP"/>
        </w:rPr>
      </w:pPr>
      <w:r>
        <w:rPr>
          <w:rFonts w:ascii="游ゴシック" w:eastAsia="游ゴシック" w:hAnsi="游ゴシック" w:hint="eastAsia"/>
          <w:b w:val="0"/>
          <w:color w:val="000000" w:themeColor="text1"/>
          <w:sz w:val="21"/>
          <w:lang w:eastAsia="ja-JP"/>
        </w:rPr>
        <w:t>６</w:t>
      </w:r>
      <w:r w:rsidR="00700C77" w:rsidRPr="00547820">
        <w:rPr>
          <w:rFonts w:ascii="游ゴシック" w:eastAsia="游ゴシック" w:hAnsi="游ゴシック"/>
          <w:b w:val="0"/>
          <w:color w:val="000000" w:themeColor="text1"/>
          <w:sz w:val="21"/>
          <w:lang w:eastAsia="ja-JP"/>
        </w:rPr>
        <w:t>. 問合せ</w:t>
      </w:r>
      <w:r w:rsidR="00471F00">
        <w:rPr>
          <w:rFonts w:ascii="游ゴシック" w:eastAsia="游ゴシック" w:hAnsi="游ゴシック" w:hint="eastAsia"/>
          <w:b w:val="0"/>
          <w:color w:val="000000" w:themeColor="text1"/>
          <w:sz w:val="21"/>
          <w:lang w:eastAsia="ja-JP"/>
        </w:rPr>
        <w:t>・申込み</w:t>
      </w:r>
      <w:r w:rsidR="00700C77" w:rsidRPr="00547820">
        <w:rPr>
          <w:rFonts w:ascii="游ゴシック" w:eastAsia="游ゴシック" w:hAnsi="游ゴシック"/>
          <w:b w:val="0"/>
          <w:color w:val="000000" w:themeColor="text1"/>
          <w:sz w:val="21"/>
          <w:lang w:eastAsia="ja-JP"/>
        </w:rPr>
        <w:t>先</w:t>
      </w:r>
    </w:p>
    <w:p w14:paraId="04FD91DC" w14:textId="65DF483E" w:rsidR="00461BC4" w:rsidRPr="00547820" w:rsidRDefault="00700C77" w:rsidP="00F57C27">
      <w:pPr>
        <w:spacing w:after="0" w:line="240" w:lineRule="auto"/>
        <w:ind w:firstLineChars="100" w:firstLine="210"/>
        <w:rPr>
          <w:color w:val="000000" w:themeColor="text1"/>
          <w:lang w:eastAsia="ja-JP"/>
        </w:rPr>
      </w:pPr>
      <w:r w:rsidRPr="00547820">
        <w:rPr>
          <w:color w:val="000000" w:themeColor="text1"/>
          <w:lang w:eastAsia="ja-JP"/>
        </w:rPr>
        <w:t>本見学会に関する質問および参加申込書の提出については、</w:t>
      </w:r>
      <w:r w:rsidR="00FB5891">
        <w:rPr>
          <w:rFonts w:hint="eastAsia"/>
          <w:color w:val="000000" w:themeColor="text1"/>
          <w:lang w:eastAsia="ja-JP"/>
        </w:rPr>
        <w:t>公募支援業務委託先</w:t>
      </w:r>
      <w:r w:rsidR="00993FAD">
        <w:rPr>
          <w:rFonts w:hint="eastAsia"/>
          <w:color w:val="000000" w:themeColor="text1"/>
          <w:lang w:eastAsia="ja-JP"/>
        </w:rPr>
        <w:t>である</w:t>
      </w:r>
      <w:r w:rsidRPr="00547820">
        <w:rPr>
          <w:color w:val="000000" w:themeColor="text1"/>
          <w:lang w:eastAsia="ja-JP"/>
        </w:rPr>
        <w:t>下記</w:t>
      </w:r>
      <w:r w:rsidR="00993FAD">
        <w:rPr>
          <w:rFonts w:hint="eastAsia"/>
          <w:color w:val="000000" w:themeColor="text1"/>
          <w:lang w:eastAsia="ja-JP"/>
        </w:rPr>
        <w:t>事業者</w:t>
      </w:r>
      <w:r w:rsidRPr="00547820">
        <w:rPr>
          <w:color w:val="000000" w:themeColor="text1"/>
          <w:lang w:eastAsia="ja-JP"/>
        </w:rPr>
        <w:t>までお問い合わせ</w:t>
      </w:r>
      <w:r w:rsidR="00471F00">
        <w:rPr>
          <w:rFonts w:hint="eastAsia"/>
          <w:color w:val="000000" w:themeColor="text1"/>
          <w:lang w:eastAsia="ja-JP"/>
        </w:rPr>
        <w:t>・お申し込み</w:t>
      </w:r>
      <w:r w:rsidRPr="00547820">
        <w:rPr>
          <w:color w:val="000000" w:themeColor="text1"/>
          <w:lang w:eastAsia="ja-JP"/>
        </w:rPr>
        <w:t>ください。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2154"/>
        <w:gridCol w:w="6690"/>
      </w:tblGrid>
      <w:tr w:rsidR="00144CBA" w:rsidRPr="00547820" w14:paraId="6A012B1B" w14:textId="77777777" w:rsidTr="001453CB">
        <w:trPr>
          <w:trHeight w:val="454"/>
          <w:jc w:val="center"/>
        </w:trPr>
        <w:tc>
          <w:tcPr>
            <w:tcW w:w="2154" w:type="dxa"/>
            <w:shd w:val="clear" w:color="auto" w:fill="EAF2F8"/>
            <w:vAlign w:val="center"/>
          </w:tcPr>
          <w:p w14:paraId="618DEA74" w14:textId="4E86449D" w:rsidR="00144CBA" w:rsidRPr="00EE4175" w:rsidRDefault="00EE4175" w:rsidP="001453CB">
            <w:pPr>
              <w:jc w:val="both"/>
              <w:rPr>
                <w:b/>
                <w:bCs/>
                <w:color w:val="000000" w:themeColor="text1"/>
                <w:lang w:eastAsia="ja-JP"/>
              </w:rPr>
            </w:pPr>
            <w:r w:rsidRPr="00EE4175">
              <w:rPr>
                <w:rFonts w:hint="eastAsia"/>
                <w:b/>
                <w:bCs/>
                <w:color w:val="000000" w:themeColor="text1"/>
                <w:lang w:eastAsia="ja-JP"/>
              </w:rPr>
              <w:t>問合せ先</w:t>
            </w:r>
          </w:p>
        </w:tc>
        <w:tc>
          <w:tcPr>
            <w:tcW w:w="6690" w:type="dxa"/>
            <w:vAlign w:val="center"/>
          </w:tcPr>
          <w:p w14:paraId="1C6857E8" w14:textId="00FF73F8" w:rsidR="00144CBA" w:rsidRPr="00547820" w:rsidRDefault="00EE4175" w:rsidP="001453CB">
            <w:pPr>
              <w:rPr>
                <w:color w:val="000000" w:themeColor="text1"/>
                <w:lang w:eastAsia="ja-JP"/>
              </w:rPr>
            </w:pPr>
            <w:r>
              <w:rPr>
                <w:rFonts w:hint="eastAsia"/>
                <w:color w:val="000000" w:themeColor="text1"/>
                <w:lang w:eastAsia="ja-JP"/>
              </w:rPr>
              <w:t>日本工営都市空間株式会社大阪支店都市開発部</w:t>
            </w:r>
            <w:r w:rsidR="00144CBA">
              <w:rPr>
                <w:rFonts w:hint="eastAsia"/>
                <w:color w:val="000000" w:themeColor="text1"/>
                <w:lang w:eastAsia="ja-JP"/>
              </w:rPr>
              <w:t xml:space="preserve">　</w:t>
            </w:r>
            <w:r>
              <w:rPr>
                <w:rFonts w:hint="eastAsia"/>
                <w:color w:val="000000" w:themeColor="text1"/>
                <w:lang w:eastAsia="ja-JP"/>
              </w:rPr>
              <w:t>田中・鈴木</w:t>
            </w:r>
          </w:p>
        </w:tc>
      </w:tr>
      <w:tr w:rsidR="00144CBA" w:rsidRPr="00547820" w14:paraId="7D4D6F76" w14:textId="77777777" w:rsidTr="001453CB">
        <w:trPr>
          <w:trHeight w:val="454"/>
          <w:jc w:val="center"/>
        </w:trPr>
        <w:tc>
          <w:tcPr>
            <w:tcW w:w="2154" w:type="dxa"/>
            <w:shd w:val="clear" w:color="auto" w:fill="EAF2F8"/>
            <w:vAlign w:val="center"/>
          </w:tcPr>
          <w:p w14:paraId="6D321800" w14:textId="77777777" w:rsidR="00144CBA" w:rsidRPr="00547820" w:rsidRDefault="00144CBA" w:rsidP="001453CB">
            <w:pPr>
              <w:jc w:val="both"/>
              <w:rPr>
                <w:color w:val="000000" w:themeColor="text1"/>
              </w:rPr>
            </w:pPr>
            <w:r w:rsidRPr="00547820">
              <w:rPr>
                <w:b/>
                <w:color w:val="000000" w:themeColor="text1"/>
                <w:sz w:val="20"/>
              </w:rPr>
              <w:t>メールアドレス</w:t>
            </w:r>
          </w:p>
        </w:tc>
        <w:tc>
          <w:tcPr>
            <w:tcW w:w="6690" w:type="dxa"/>
            <w:vAlign w:val="center"/>
          </w:tcPr>
          <w:p w14:paraId="35CFBB33" w14:textId="037A86EC" w:rsidR="00144CBA" w:rsidRPr="00FC6FDA" w:rsidRDefault="00EE4175" w:rsidP="001453CB">
            <w:pPr>
              <w:rPr>
                <w:lang w:eastAsia="ja-JP"/>
              </w:rPr>
            </w:pPr>
            <w:r w:rsidRPr="00EE4175">
              <w:rPr>
                <w:lang w:eastAsia="ja-JP"/>
              </w:rPr>
              <w:t>ml-wakayama-avalorm@n-koei.co.jp</w:t>
            </w:r>
          </w:p>
        </w:tc>
      </w:tr>
    </w:tbl>
    <w:p w14:paraId="114E4475" w14:textId="77777777" w:rsidR="00FB154D" w:rsidRDefault="00FB154D" w:rsidP="00310A24">
      <w:pPr>
        <w:spacing w:after="0" w:line="20" w:lineRule="exact"/>
        <w:rPr>
          <w:rFonts w:ascii="Courier New" w:hAnsi="Courier New"/>
          <w:color w:val="000000"/>
          <w:sz w:val="19"/>
          <w:szCs w:val="19"/>
          <w:shd w:val="clear" w:color="auto" w:fill="FFFFFF"/>
          <w:lang w:eastAsia="ja-JP"/>
        </w:rPr>
      </w:pPr>
    </w:p>
    <w:p w14:paraId="0EC208E6" w14:textId="77777777" w:rsidR="00FB154D" w:rsidRDefault="00FB154D" w:rsidP="00310A24">
      <w:pPr>
        <w:spacing w:after="0" w:line="20" w:lineRule="exact"/>
        <w:rPr>
          <w:rFonts w:ascii="Courier New" w:hAnsi="Courier New"/>
          <w:color w:val="000000"/>
          <w:sz w:val="19"/>
          <w:szCs w:val="19"/>
          <w:shd w:val="clear" w:color="auto" w:fill="FFFFFF"/>
          <w:lang w:eastAsia="ja-JP"/>
        </w:rPr>
      </w:pPr>
    </w:p>
    <w:p w14:paraId="4B4B91A4" w14:textId="77777777" w:rsidR="00FB154D" w:rsidRDefault="00FB154D" w:rsidP="00310A24">
      <w:pPr>
        <w:spacing w:after="0" w:line="20" w:lineRule="exact"/>
        <w:rPr>
          <w:rFonts w:ascii="Courier New" w:hAnsi="Courier New"/>
          <w:color w:val="000000"/>
          <w:sz w:val="19"/>
          <w:szCs w:val="19"/>
          <w:shd w:val="clear" w:color="auto" w:fill="FFFFFF"/>
          <w:lang w:eastAsia="ja-JP"/>
        </w:rPr>
      </w:pPr>
    </w:p>
    <w:p w14:paraId="1B6DE1C1" w14:textId="77777777" w:rsidR="00FB154D" w:rsidRDefault="00FB154D" w:rsidP="00310A24">
      <w:pPr>
        <w:spacing w:after="0" w:line="20" w:lineRule="exact"/>
        <w:rPr>
          <w:rFonts w:ascii="Courier New" w:hAnsi="Courier New"/>
          <w:color w:val="000000"/>
          <w:sz w:val="19"/>
          <w:szCs w:val="19"/>
          <w:shd w:val="clear" w:color="auto" w:fill="FFFFFF"/>
          <w:lang w:eastAsia="ja-JP"/>
        </w:rPr>
      </w:pPr>
    </w:p>
    <w:p w14:paraId="31B9F670" w14:textId="77777777" w:rsidR="00FB154D" w:rsidRDefault="00FB154D" w:rsidP="00310A24">
      <w:pPr>
        <w:spacing w:after="0" w:line="20" w:lineRule="exact"/>
        <w:rPr>
          <w:rFonts w:ascii="Courier New" w:hAnsi="Courier New"/>
          <w:color w:val="000000"/>
          <w:sz w:val="19"/>
          <w:szCs w:val="19"/>
          <w:shd w:val="clear" w:color="auto" w:fill="FFFFFF"/>
          <w:lang w:eastAsia="ja-JP"/>
        </w:rPr>
      </w:pPr>
    </w:p>
    <w:p w14:paraId="38C52168" w14:textId="77777777" w:rsidR="00FB154D" w:rsidRDefault="00FB154D" w:rsidP="00310A24">
      <w:pPr>
        <w:spacing w:after="0" w:line="20" w:lineRule="exact"/>
        <w:rPr>
          <w:rFonts w:ascii="Courier New" w:hAnsi="Courier New"/>
          <w:color w:val="000000"/>
          <w:sz w:val="19"/>
          <w:szCs w:val="19"/>
          <w:shd w:val="clear" w:color="auto" w:fill="FFFFFF"/>
          <w:lang w:eastAsia="ja-JP"/>
        </w:rPr>
      </w:pPr>
    </w:p>
    <w:p w14:paraId="691995CB" w14:textId="77777777" w:rsidR="00FB154D" w:rsidRDefault="00FB154D" w:rsidP="00310A24">
      <w:pPr>
        <w:spacing w:after="0" w:line="20" w:lineRule="exact"/>
        <w:rPr>
          <w:rFonts w:ascii="Courier New" w:hAnsi="Courier New"/>
          <w:color w:val="000000"/>
          <w:sz w:val="19"/>
          <w:szCs w:val="19"/>
          <w:shd w:val="clear" w:color="auto" w:fill="FFFFFF"/>
          <w:lang w:eastAsia="ja-JP"/>
        </w:rPr>
      </w:pPr>
    </w:p>
    <w:p w14:paraId="7B07C4F4" w14:textId="77777777" w:rsidR="00FB154D" w:rsidRDefault="00FB154D" w:rsidP="00310A24">
      <w:pPr>
        <w:spacing w:after="0" w:line="20" w:lineRule="exact"/>
        <w:rPr>
          <w:rFonts w:ascii="Courier New" w:hAnsi="Courier New"/>
          <w:color w:val="000000"/>
          <w:sz w:val="19"/>
          <w:szCs w:val="19"/>
          <w:shd w:val="clear" w:color="auto" w:fill="FFFFFF"/>
          <w:lang w:eastAsia="ja-JP"/>
        </w:rPr>
      </w:pPr>
    </w:p>
    <w:p w14:paraId="64BDCDDB" w14:textId="77777777" w:rsidR="00FB154D" w:rsidRDefault="00FB154D" w:rsidP="00310A24">
      <w:pPr>
        <w:spacing w:after="0" w:line="20" w:lineRule="exact"/>
        <w:rPr>
          <w:rFonts w:ascii="Courier New" w:hAnsi="Courier New"/>
          <w:color w:val="000000"/>
          <w:sz w:val="19"/>
          <w:szCs w:val="19"/>
          <w:shd w:val="clear" w:color="auto" w:fill="FFFFFF"/>
          <w:lang w:eastAsia="ja-JP"/>
        </w:rPr>
      </w:pPr>
    </w:p>
    <w:p w14:paraId="72D53C49" w14:textId="77777777" w:rsidR="00FB154D" w:rsidRDefault="00FB154D" w:rsidP="00310A24">
      <w:pPr>
        <w:spacing w:after="0" w:line="20" w:lineRule="exact"/>
        <w:rPr>
          <w:rFonts w:ascii="Courier New" w:hAnsi="Courier New"/>
          <w:color w:val="000000"/>
          <w:sz w:val="19"/>
          <w:szCs w:val="19"/>
          <w:shd w:val="clear" w:color="auto" w:fill="FFFFFF"/>
          <w:lang w:eastAsia="ja-JP"/>
        </w:rPr>
      </w:pPr>
    </w:p>
    <w:p w14:paraId="5BBCD0BF" w14:textId="77777777" w:rsidR="00FB154D" w:rsidRDefault="00FB154D" w:rsidP="00310A24">
      <w:pPr>
        <w:spacing w:after="0" w:line="20" w:lineRule="exact"/>
        <w:rPr>
          <w:rFonts w:ascii="Courier New" w:hAnsi="Courier New"/>
          <w:color w:val="000000"/>
          <w:sz w:val="19"/>
          <w:szCs w:val="19"/>
          <w:shd w:val="clear" w:color="auto" w:fill="FFFFFF"/>
          <w:lang w:eastAsia="ja-JP"/>
        </w:rPr>
      </w:pPr>
    </w:p>
    <w:p w14:paraId="37A5A9E3" w14:textId="6915BEE2" w:rsidR="00461BC4" w:rsidRDefault="00461BC4" w:rsidP="00310A24">
      <w:pPr>
        <w:spacing w:after="0" w:line="20" w:lineRule="exact"/>
        <w:rPr>
          <w:lang w:eastAsia="ja-JP"/>
        </w:rPr>
      </w:pPr>
    </w:p>
    <w:sectPr w:rsidR="00461BC4" w:rsidSect="00FB154D">
      <w:headerReference w:type="default" r:id="rId8"/>
      <w:pgSz w:w="11906" w:h="16838" w:code="9"/>
      <w:pgMar w:top="1021" w:right="1134" w:bottom="397" w:left="1134" w:header="45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D661F" w14:textId="77777777" w:rsidR="00FD4FB2" w:rsidRDefault="00FD4FB2">
      <w:pPr>
        <w:spacing w:after="0" w:line="240" w:lineRule="auto"/>
      </w:pPr>
      <w:r>
        <w:separator/>
      </w:r>
    </w:p>
  </w:endnote>
  <w:endnote w:type="continuationSeparator" w:id="0">
    <w:p w14:paraId="1BA9DA39" w14:textId="77777777" w:rsidR="00FD4FB2" w:rsidRDefault="00FD4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62425" w14:textId="77777777" w:rsidR="00FD4FB2" w:rsidRDefault="00FD4FB2">
      <w:pPr>
        <w:spacing w:after="0" w:line="240" w:lineRule="auto"/>
      </w:pPr>
      <w:r>
        <w:separator/>
      </w:r>
    </w:p>
  </w:footnote>
  <w:footnote w:type="continuationSeparator" w:id="0">
    <w:p w14:paraId="23FDC7B9" w14:textId="77777777" w:rsidR="00FD4FB2" w:rsidRDefault="00FD4F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D405E" w14:textId="4F1EB149" w:rsidR="00461BC4" w:rsidRDefault="00461BC4" w:rsidP="00144CBA">
    <w:pPr>
      <w:pStyle w:val="a5"/>
      <w:ind w:right="210"/>
      <w:jc w:val="right"/>
      <w:rPr>
        <w:lang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17957031">
    <w:abstractNumId w:val="8"/>
  </w:num>
  <w:num w:numId="2" w16cid:durableId="1980450930">
    <w:abstractNumId w:val="6"/>
  </w:num>
  <w:num w:numId="3" w16cid:durableId="1531911322">
    <w:abstractNumId w:val="5"/>
  </w:num>
  <w:num w:numId="4" w16cid:durableId="743836652">
    <w:abstractNumId w:val="4"/>
  </w:num>
  <w:num w:numId="5" w16cid:durableId="1997149206">
    <w:abstractNumId w:val="7"/>
  </w:num>
  <w:num w:numId="6" w16cid:durableId="1158687478">
    <w:abstractNumId w:val="3"/>
  </w:num>
  <w:num w:numId="7" w16cid:durableId="1011758707">
    <w:abstractNumId w:val="2"/>
  </w:num>
  <w:num w:numId="8" w16cid:durableId="1934118902">
    <w:abstractNumId w:val="1"/>
  </w:num>
  <w:num w:numId="9" w16cid:durableId="506289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38A0"/>
    <w:rsid w:val="0006063C"/>
    <w:rsid w:val="00126165"/>
    <w:rsid w:val="00144CBA"/>
    <w:rsid w:val="0015074B"/>
    <w:rsid w:val="00167DC6"/>
    <w:rsid w:val="0018288F"/>
    <w:rsid w:val="001A16AB"/>
    <w:rsid w:val="0029639D"/>
    <w:rsid w:val="002A50FD"/>
    <w:rsid w:val="00310A24"/>
    <w:rsid w:val="00326F90"/>
    <w:rsid w:val="0036716B"/>
    <w:rsid w:val="003802B4"/>
    <w:rsid w:val="00461BC4"/>
    <w:rsid w:val="00471F00"/>
    <w:rsid w:val="00543FA8"/>
    <w:rsid w:val="00547820"/>
    <w:rsid w:val="005965FB"/>
    <w:rsid w:val="00624C2F"/>
    <w:rsid w:val="00700C77"/>
    <w:rsid w:val="007202F2"/>
    <w:rsid w:val="00766831"/>
    <w:rsid w:val="007B5E54"/>
    <w:rsid w:val="00811B2E"/>
    <w:rsid w:val="008F4F9B"/>
    <w:rsid w:val="00993FAD"/>
    <w:rsid w:val="00A32ACF"/>
    <w:rsid w:val="00AA1D8D"/>
    <w:rsid w:val="00AA5F15"/>
    <w:rsid w:val="00B2212E"/>
    <w:rsid w:val="00B47730"/>
    <w:rsid w:val="00B64097"/>
    <w:rsid w:val="00B714EB"/>
    <w:rsid w:val="00B815B2"/>
    <w:rsid w:val="00C41358"/>
    <w:rsid w:val="00CB0664"/>
    <w:rsid w:val="00CE5D51"/>
    <w:rsid w:val="00D43A00"/>
    <w:rsid w:val="00D52EBA"/>
    <w:rsid w:val="00DD756B"/>
    <w:rsid w:val="00DF7535"/>
    <w:rsid w:val="00E73610"/>
    <w:rsid w:val="00EE4175"/>
    <w:rsid w:val="00F57C27"/>
    <w:rsid w:val="00FB154D"/>
    <w:rsid w:val="00FB5891"/>
    <w:rsid w:val="00FC6924"/>
    <w:rsid w:val="00FC693F"/>
    <w:rsid w:val="00FC6FDA"/>
    <w:rsid w:val="00FD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062061"/>
  <w14:defaultImageDpi w14:val="300"/>
  <w15:docId w15:val="{A85FEB4F-12C9-48F0-8E4C-6771DAE32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游ゴシック" w:eastAsia="游ゴシック" w:hAnsi="游ゴシック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79"/>
      <w:sz w:val="24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Satoru Tanaka(田中　悟)</dc:creator>
  <cp:keywords/>
  <dc:description>generated by python-docx</dc:description>
  <cp:lastModifiedBy>山川 秀喜</cp:lastModifiedBy>
  <cp:revision>3</cp:revision>
  <cp:lastPrinted>2026-08-10T00:11:00Z</cp:lastPrinted>
  <dcterms:created xsi:type="dcterms:W3CDTF">2026-08-10T11:16:00Z</dcterms:created>
  <dcterms:modified xsi:type="dcterms:W3CDTF">2026-08-12T23:48:00Z</dcterms:modified>
  <cp:category/>
</cp:coreProperties>
</file>